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B889" w14:textId="77777777" w:rsidR="00DF3383" w:rsidRDefault="00D3550C" w:rsidP="003E1EA4">
      <w:pPr>
        <w:jc w:val="center"/>
        <w:rPr>
          <w:b/>
          <w:bCs/>
          <w:sz w:val="32"/>
          <w:szCs w:val="32"/>
        </w:rPr>
      </w:pPr>
      <w:r w:rsidRPr="003E1EA4">
        <w:rPr>
          <w:b/>
          <w:bCs/>
          <w:sz w:val="32"/>
          <w:szCs w:val="32"/>
        </w:rPr>
        <w:t>IVRA Scholarship Training Report</w:t>
      </w:r>
    </w:p>
    <w:p w14:paraId="77D09503" w14:textId="77777777" w:rsidR="003E1EA4" w:rsidRPr="003E1EA4" w:rsidRDefault="003E1EA4" w:rsidP="003E1EA4">
      <w:pPr>
        <w:jc w:val="center"/>
        <w:rPr>
          <w:b/>
          <w:bCs/>
          <w:sz w:val="32"/>
          <w:szCs w:val="32"/>
        </w:rPr>
      </w:pPr>
    </w:p>
    <w:p w14:paraId="4B9D3410" w14:textId="41526523" w:rsidR="00DF3383" w:rsidRPr="003E1EA4" w:rsidRDefault="00D3550C" w:rsidP="003E1EA4">
      <w:r w:rsidRPr="003E1EA4">
        <w:rPr>
          <w:b/>
          <w:bCs/>
        </w:rPr>
        <w:t>Recipient:</w:t>
      </w:r>
      <w:r w:rsidRPr="003E1EA4">
        <w:t xml:space="preserve"> </w:t>
      </w:r>
      <w:r w:rsidR="003E1EA4" w:rsidRPr="003E1EA4">
        <w:t>Karn Yongvanit</w:t>
      </w:r>
    </w:p>
    <w:p w14:paraId="68E330E9" w14:textId="77777777" w:rsidR="00DF3383" w:rsidRPr="003E1EA4" w:rsidRDefault="00D3550C" w:rsidP="003E1EA4">
      <w:r w:rsidRPr="003E1EA4">
        <w:rPr>
          <w:b/>
          <w:bCs/>
        </w:rPr>
        <w:t>Country:</w:t>
      </w:r>
      <w:r w:rsidRPr="003E1EA4">
        <w:t xml:space="preserve"> Thailand</w:t>
      </w:r>
    </w:p>
    <w:p w14:paraId="6ED85872" w14:textId="66B7A501" w:rsidR="00DF3383" w:rsidRPr="003E1EA4" w:rsidRDefault="00D3550C" w:rsidP="003E1EA4">
      <w:r w:rsidRPr="003E1EA4">
        <w:rPr>
          <w:b/>
          <w:bCs/>
        </w:rPr>
        <w:t>Affiliation:</w:t>
      </w:r>
      <w:r w:rsidRPr="003E1EA4">
        <w:t xml:space="preserve"> </w:t>
      </w:r>
      <w:r w:rsidR="003E1EA4" w:rsidRPr="003E1EA4">
        <w:t>Veterinary Teaching Hospital, Khon Kaen University, Khon Kaen, Thailand</w:t>
      </w:r>
    </w:p>
    <w:p w14:paraId="7CC60CA4" w14:textId="0E7F6179" w:rsidR="00DF3383" w:rsidRPr="003E1EA4" w:rsidRDefault="00D3550C" w:rsidP="003E1EA4">
      <w:r w:rsidRPr="003E1EA4">
        <w:rPr>
          <w:b/>
          <w:bCs/>
        </w:rPr>
        <w:t>Training Duration:</w:t>
      </w:r>
      <w:r w:rsidRPr="003E1EA4">
        <w:t xml:space="preserve"> </w:t>
      </w:r>
      <w:r w:rsidR="003E1EA4">
        <w:t>7 April 2025</w:t>
      </w:r>
      <w:r w:rsidRPr="003E1EA4">
        <w:t xml:space="preserve"> – </w:t>
      </w:r>
      <w:r w:rsidR="003E1EA4">
        <w:t>2 May 2025</w:t>
      </w:r>
    </w:p>
    <w:p w14:paraId="54DFD9E7" w14:textId="77777777" w:rsidR="00DF3383" w:rsidRPr="003E1EA4" w:rsidRDefault="00D3550C" w:rsidP="003E1EA4">
      <w:r w:rsidRPr="003E1EA4">
        <w:rPr>
          <w:b/>
          <w:bCs/>
        </w:rPr>
        <w:t>Institution:</w:t>
      </w:r>
      <w:r w:rsidRPr="003E1EA4">
        <w:t xml:space="preserve"> Carlson College of Veterinary Medicine, Oregon State University, USA</w:t>
      </w:r>
    </w:p>
    <w:p w14:paraId="2AB7432B" w14:textId="77777777" w:rsidR="00DF3383" w:rsidRDefault="00D3550C" w:rsidP="003E1EA4">
      <w:r w:rsidRPr="003E1EA4">
        <w:rPr>
          <w:b/>
          <w:bCs/>
        </w:rPr>
        <w:t>Sponsor:</w:t>
      </w:r>
      <w:r w:rsidRPr="003E1EA4">
        <w:t xml:space="preserve"> International Veterinary Radiology Association (IVRA)</w:t>
      </w:r>
    </w:p>
    <w:p w14:paraId="53332DA5" w14:textId="77777777" w:rsidR="003E1EA4" w:rsidRPr="003E1EA4" w:rsidRDefault="003E1EA4" w:rsidP="003E1EA4"/>
    <w:p w14:paraId="539890B4" w14:textId="565A4FFB" w:rsidR="00DF3383" w:rsidRPr="003E1EA4" w:rsidRDefault="00D3550C" w:rsidP="003E1EA4">
      <w:pPr>
        <w:rPr>
          <w:b/>
          <w:bCs/>
          <w:sz w:val="28"/>
          <w:szCs w:val="28"/>
        </w:rPr>
      </w:pPr>
      <w:r w:rsidRPr="003E1EA4">
        <w:rPr>
          <w:b/>
          <w:bCs/>
          <w:sz w:val="28"/>
          <w:szCs w:val="28"/>
        </w:rPr>
        <w:t>Introduction</w:t>
      </w:r>
    </w:p>
    <w:p w14:paraId="1EF41931" w14:textId="77777777" w:rsidR="00DF3383" w:rsidRDefault="00D3550C" w:rsidP="003E1EA4">
      <w:r w:rsidRPr="003E1EA4">
        <w:t>I am honored to have received the IVRA scholarship, which enabled me to complete a one-month observational training at the imaging unit of Carlson College of Veterinary Medicine, Oregon State University. This program has been a transformative experience in developing my skills and knowledge in veterinary diagnostic imaging, especially in Computed Tomography (CT).</w:t>
      </w:r>
    </w:p>
    <w:p w14:paraId="1C27DC46" w14:textId="77777777" w:rsidR="00550EF2" w:rsidRPr="003E1EA4" w:rsidRDefault="00550EF2" w:rsidP="003E1EA4"/>
    <w:p w14:paraId="15773170" w14:textId="5A9A9D2F" w:rsidR="00DF3383" w:rsidRPr="00550EF2" w:rsidRDefault="00D3550C" w:rsidP="003E1EA4">
      <w:pPr>
        <w:rPr>
          <w:b/>
          <w:bCs/>
        </w:rPr>
      </w:pPr>
      <w:r w:rsidRPr="00550EF2">
        <w:rPr>
          <w:b/>
          <w:bCs/>
        </w:rPr>
        <w:t>Training Objectives</w:t>
      </w:r>
    </w:p>
    <w:p w14:paraId="18B057DA" w14:textId="77777777" w:rsidR="00DF3383" w:rsidRPr="003E1EA4" w:rsidRDefault="00D3550C" w:rsidP="003E1EA4">
      <w:r w:rsidRPr="003E1EA4">
        <w:t>- To gain experience in interpreting advanced imaging modalities, especially CT.</w:t>
      </w:r>
    </w:p>
    <w:p w14:paraId="40270895" w14:textId="77777777" w:rsidR="00DF3383" w:rsidRPr="003E1EA4" w:rsidRDefault="00D3550C" w:rsidP="003E1EA4">
      <w:r w:rsidRPr="003E1EA4">
        <w:t>- To understand technical principles behind CT, MRI, radiography, and ultrasonography.</w:t>
      </w:r>
    </w:p>
    <w:p w14:paraId="3481136C" w14:textId="77777777" w:rsidR="00DF3383" w:rsidRPr="003E1EA4" w:rsidRDefault="00D3550C" w:rsidP="003E1EA4">
      <w:r w:rsidRPr="003E1EA4">
        <w:t>- To improve my ability to describe CT findings accurately and confidently.</w:t>
      </w:r>
    </w:p>
    <w:p w14:paraId="56D2E129" w14:textId="77777777" w:rsidR="00DF3383" w:rsidRDefault="00D3550C" w:rsidP="003E1EA4">
      <w:r w:rsidRPr="003E1EA4">
        <w:t>- To observe the workflow and clinical integration of diagnostic imaging in a referral veterinary hospital.</w:t>
      </w:r>
    </w:p>
    <w:p w14:paraId="115F775A" w14:textId="77777777" w:rsidR="00550EF2" w:rsidRPr="003E1EA4" w:rsidRDefault="00550EF2" w:rsidP="003E1EA4"/>
    <w:p w14:paraId="43926E60" w14:textId="77777777" w:rsidR="003E1EA4" w:rsidRPr="003E1EA4" w:rsidRDefault="003E1EA4" w:rsidP="003E1EA4">
      <w:pPr>
        <w:rPr>
          <w:b/>
          <w:bCs/>
        </w:rPr>
      </w:pPr>
      <w:r w:rsidRPr="003E1EA4">
        <w:rPr>
          <w:b/>
          <w:bCs/>
        </w:rPr>
        <w:t>Training Summary</w:t>
      </w:r>
    </w:p>
    <w:p w14:paraId="63A13E1A" w14:textId="2AC35964" w:rsidR="003E1EA4" w:rsidRPr="003E1EA4" w:rsidRDefault="003E1EA4" w:rsidP="003E1EA4">
      <w:r w:rsidRPr="003E1EA4">
        <w:t xml:space="preserve">During the training, I was exposed to a variety of diagnostic imaging cases under the supervision of experienced radiologists and </w:t>
      </w:r>
      <w:r>
        <w:t>residents</w:t>
      </w:r>
      <w:r w:rsidRPr="003E1EA4">
        <w:t>. While I had the opportunity to observe and learn from MRI, ultrasound, and radiographic cases, the primary focus of my learning was on Computed Tomography (CT). The training included:</w:t>
      </w:r>
    </w:p>
    <w:p w14:paraId="3BD8547F" w14:textId="4631BA59" w:rsidR="003E1EA4" w:rsidRPr="003E1EA4" w:rsidRDefault="003E1EA4" w:rsidP="003E1EA4">
      <w:r w:rsidRPr="003E1EA4">
        <w:lastRenderedPageBreak/>
        <w:t>CT Interpretation:</w:t>
      </w:r>
      <w:r w:rsidRPr="003E1EA4">
        <w:br/>
        <w:t xml:space="preserve">I reviewed numerous CT studies, </w:t>
      </w:r>
      <w:r>
        <w:t>mostly small animals</w:t>
      </w:r>
      <w:r w:rsidRPr="003E1EA4">
        <w:t>, focusing on normal anatomy and pathological findings. I learned to recognize and describe abnormalities more accurately and gained confidence in presenting my observations using proper radiologic terminology.</w:t>
      </w:r>
    </w:p>
    <w:p w14:paraId="752E58EF" w14:textId="77777777" w:rsidR="003E1EA4" w:rsidRPr="003E1EA4" w:rsidRDefault="003E1EA4" w:rsidP="003E1EA4">
      <w:r w:rsidRPr="003E1EA4">
        <w:t>CT Techniques:</w:t>
      </w:r>
      <w:r w:rsidRPr="003E1EA4">
        <w:br/>
        <w:t>I was introduced to scanning protocols, positioning techniques, and contrast studies. I also learned about image acquisition parameters and how they affect diagnostic quality.</w:t>
      </w:r>
    </w:p>
    <w:p w14:paraId="0E16D000" w14:textId="77777777" w:rsidR="003E1EA4" w:rsidRPr="003E1EA4" w:rsidRDefault="003E1EA4" w:rsidP="003E1EA4">
      <w:r w:rsidRPr="003E1EA4">
        <w:t>Radiology Rounds and Case Discussions:</w:t>
      </w:r>
      <w:r w:rsidRPr="003E1EA4">
        <w:br/>
        <w:t>I participated in daily case discussions, which provided valuable insights into clinical decision-making and multi-modality imaging approaches.</w:t>
      </w:r>
    </w:p>
    <w:p w14:paraId="1C363731" w14:textId="77777777" w:rsidR="003E1EA4" w:rsidRDefault="003E1EA4" w:rsidP="003E1EA4">
      <w:r w:rsidRPr="003E1EA4">
        <w:t>MRI and Ultrasound:</w:t>
      </w:r>
      <w:r w:rsidRPr="003E1EA4">
        <w:br/>
        <w:t>I had limited but meaningful exposure to MRI and ultrasound interpretation, mainly in small animals. I became more familiar with modality-specific limitations and advantages.</w:t>
      </w:r>
    </w:p>
    <w:p w14:paraId="72FC6228" w14:textId="77777777" w:rsidR="003E1EA4" w:rsidRPr="003E1EA4" w:rsidRDefault="003E1EA4" w:rsidP="003E1EA4"/>
    <w:p w14:paraId="34FE50FC" w14:textId="0EC3C9DB" w:rsidR="00DF3383" w:rsidRPr="003E1EA4" w:rsidRDefault="00D3550C" w:rsidP="003E1EA4">
      <w:pPr>
        <w:rPr>
          <w:b/>
          <w:bCs/>
        </w:rPr>
      </w:pPr>
      <w:r w:rsidRPr="003E1EA4">
        <w:rPr>
          <w:b/>
          <w:bCs/>
        </w:rPr>
        <w:t>Achievements and Reflections</w:t>
      </w:r>
    </w:p>
    <w:p w14:paraId="1B75A2E6" w14:textId="31FD9933" w:rsidR="00DF3383" w:rsidRDefault="00D3550C" w:rsidP="003E1EA4">
      <w:r w:rsidRPr="003E1EA4">
        <w:t>Before this training, I often struggled with confidently interpreting CT images</w:t>
      </w:r>
      <w:r w:rsidR="00550EF2">
        <w:t xml:space="preserve"> as English is not my main language</w:t>
      </w:r>
      <w:r w:rsidRPr="003E1EA4">
        <w:t>. This experience significantly improved my ability to:</w:t>
      </w:r>
      <w:r w:rsidRPr="003E1EA4">
        <w:br/>
        <w:t>- Describe findings clearly and systematically.</w:t>
      </w:r>
      <w:r w:rsidRPr="003E1EA4">
        <w:br/>
        <w:t>- Understand the clinical application of CT in various cases.</w:t>
      </w:r>
      <w:r w:rsidRPr="003E1EA4">
        <w:br/>
      </w:r>
      <w:r w:rsidRPr="003E1EA4">
        <w:br/>
        <w:t>While my confidence in CT interpretation has grown, I recognize that there is still much to learn. This training has motivated me to pursue continued education and development in veterinary imaging.</w:t>
      </w:r>
    </w:p>
    <w:p w14:paraId="7E3D6AEB" w14:textId="77777777" w:rsidR="003E1EA4" w:rsidRPr="003E1EA4" w:rsidRDefault="003E1EA4" w:rsidP="003E1EA4"/>
    <w:p w14:paraId="0AF712BF" w14:textId="31B5980E" w:rsidR="00DF3383" w:rsidRPr="003E1EA4" w:rsidRDefault="00D3550C" w:rsidP="003E1EA4">
      <w:pPr>
        <w:rPr>
          <w:b/>
          <w:bCs/>
        </w:rPr>
      </w:pPr>
      <w:r w:rsidRPr="003E1EA4">
        <w:rPr>
          <w:b/>
          <w:bCs/>
        </w:rPr>
        <w:t>Future Application</w:t>
      </w:r>
    </w:p>
    <w:p w14:paraId="4396DDE9" w14:textId="77777777" w:rsidR="00DF3383" w:rsidRDefault="00D3550C" w:rsidP="003E1EA4">
      <w:r w:rsidRPr="003E1EA4">
        <w:t>Upon returning to Thailand, I plan to:</w:t>
      </w:r>
      <w:r w:rsidRPr="003E1EA4">
        <w:br/>
        <w:t>- Share insights with colleagues through informal case discussions and presentations.</w:t>
      </w:r>
      <w:r w:rsidRPr="003E1EA4">
        <w:br/>
        <w:t>- Incorporate structured CT interpretation into daily practice.</w:t>
      </w:r>
      <w:r w:rsidRPr="003E1EA4">
        <w:br/>
        <w:t>- Seek further education and potentially contribute to veterinary radiology education locally.</w:t>
      </w:r>
    </w:p>
    <w:p w14:paraId="2EE6729A" w14:textId="77777777" w:rsidR="003E1EA4" w:rsidRPr="003E1EA4" w:rsidRDefault="003E1EA4" w:rsidP="003E1EA4"/>
    <w:p w14:paraId="0DCC1A26" w14:textId="79B52AD7" w:rsidR="00DF3383" w:rsidRPr="003E1EA4" w:rsidRDefault="00D3550C" w:rsidP="003E1EA4">
      <w:pPr>
        <w:rPr>
          <w:b/>
          <w:bCs/>
        </w:rPr>
      </w:pPr>
      <w:r w:rsidRPr="003E1EA4">
        <w:rPr>
          <w:b/>
          <w:bCs/>
        </w:rPr>
        <w:t>Acknowledgments</w:t>
      </w:r>
    </w:p>
    <w:p w14:paraId="6A13E9DC" w14:textId="77777777" w:rsidR="00DF3383" w:rsidRDefault="00D3550C" w:rsidP="003E1EA4">
      <w:r w:rsidRPr="003E1EA4">
        <w:t>I would like to express my heartfelt thanks to the International Veterinary Radiology Association (IVRA) for awarding me this scholarship. Special thanks to Dr. Ruth Dennis, whose support made this opportunity possible.</w:t>
      </w:r>
      <w:r w:rsidRPr="003E1EA4">
        <w:br/>
      </w:r>
      <w:r w:rsidRPr="003E1EA4">
        <w:br/>
        <w:t>I am deeply grateful to Dr. Susanne Stieger-Vanegas, who generously supervised and mentored me throughout my training at Oregon State University. Her guidance, expertise, and encouragement played a critical role in helping me improve my CT interpretation skills.</w:t>
      </w:r>
      <w:r w:rsidRPr="003E1EA4">
        <w:br/>
      </w:r>
      <w:r w:rsidRPr="003E1EA4">
        <w:br/>
        <w:t xml:space="preserve">I also thank all the faculty, residents, and staff at </w:t>
      </w:r>
      <w:proofErr w:type="gramStart"/>
      <w:r w:rsidRPr="003E1EA4">
        <w:t>the Carlson</w:t>
      </w:r>
      <w:proofErr w:type="gramEnd"/>
      <w:r w:rsidRPr="003E1EA4">
        <w:t xml:space="preserve"> College of Veterinary Medicine for their warm welcome, professional insights, and dedication to teaching.</w:t>
      </w:r>
    </w:p>
    <w:p w14:paraId="1870C930" w14:textId="77777777" w:rsidR="003E1EA4" w:rsidRDefault="003E1EA4" w:rsidP="003E1EA4"/>
    <w:p w14:paraId="502653D6" w14:textId="3EB76190" w:rsidR="003E1EA4" w:rsidRDefault="003E1EA4" w:rsidP="003E1EA4">
      <w:pPr>
        <w:rPr>
          <w:b/>
          <w:bCs/>
        </w:rPr>
      </w:pPr>
      <w:r w:rsidRPr="003E1EA4">
        <w:rPr>
          <w:b/>
          <w:bCs/>
        </w:rPr>
        <w:t>Appendix A: Detailed Learning Documentation</w:t>
      </w:r>
    </w:p>
    <w:p w14:paraId="59E7A3FB" w14:textId="60B5B836" w:rsidR="00FD687E" w:rsidRPr="00FD687E" w:rsidRDefault="00FD687E" w:rsidP="00FD687E">
      <w:r w:rsidRPr="00FD687E">
        <w:t>As part of my training, I compiled a personal learning record CT case observed during my time at the Carlson College of Veterinary Medicine. This record includes:</w:t>
      </w:r>
    </w:p>
    <w:p w14:paraId="268AB3A5" w14:textId="1B1D8012" w:rsidR="00FD687E" w:rsidRPr="00FD687E" w:rsidRDefault="00FD687E" w:rsidP="00FD687E">
      <w:pPr>
        <w:numPr>
          <w:ilvl w:val="0"/>
          <w:numId w:val="11"/>
        </w:numPr>
      </w:pPr>
      <w:r w:rsidRPr="00FD687E">
        <w:t>Selected CT images from each case.</w:t>
      </w:r>
    </w:p>
    <w:p w14:paraId="321A8427" w14:textId="77777777" w:rsidR="00FD687E" w:rsidRDefault="00FD687E" w:rsidP="00FD687E">
      <w:pPr>
        <w:numPr>
          <w:ilvl w:val="0"/>
          <w:numId w:val="11"/>
        </w:numPr>
      </w:pPr>
      <w:r w:rsidRPr="00FD687E">
        <w:t>Radiologists’ key descriptions and interpretations.</w:t>
      </w:r>
    </w:p>
    <w:p w14:paraId="3F8EBCC2" w14:textId="77777777" w:rsidR="00550EF2" w:rsidRDefault="00550EF2" w:rsidP="00550EF2">
      <w:pPr>
        <w:ind w:left="720"/>
      </w:pPr>
    </w:p>
    <w:sectPr w:rsidR="00550EF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5B20CA"/>
    <w:multiLevelType w:val="multilevel"/>
    <w:tmpl w:val="3C86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0A6813"/>
    <w:multiLevelType w:val="multilevel"/>
    <w:tmpl w:val="DC46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112907">
    <w:abstractNumId w:val="8"/>
  </w:num>
  <w:num w:numId="2" w16cid:durableId="1822850024">
    <w:abstractNumId w:val="6"/>
  </w:num>
  <w:num w:numId="3" w16cid:durableId="950551377">
    <w:abstractNumId w:val="5"/>
  </w:num>
  <w:num w:numId="4" w16cid:durableId="1000548068">
    <w:abstractNumId w:val="4"/>
  </w:num>
  <w:num w:numId="5" w16cid:durableId="1052466931">
    <w:abstractNumId w:val="7"/>
  </w:num>
  <w:num w:numId="6" w16cid:durableId="210701621">
    <w:abstractNumId w:val="3"/>
  </w:num>
  <w:num w:numId="7" w16cid:durableId="1659529240">
    <w:abstractNumId w:val="2"/>
  </w:num>
  <w:num w:numId="8" w16cid:durableId="1878228786">
    <w:abstractNumId w:val="1"/>
  </w:num>
  <w:num w:numId="9" w16cid:durableId="467666602">
    <w:abstractNumId w:val="0"/>
  </w:num>
  <w:num w:numId="10" w16cid:durableId="1619919668">
    <w:abstractNumId w:val="10"/>
  </w:num>
  <w:num w:numId="11" w16cid:durableId="14527475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4609"/>
    <w:rsid w:val="0029639D"/>
    <w:rsid w:val="00326F90"/>
    <w:rsid w:val="003E1EA4"/>
    <w:rsid w:val="00550EF2"/>
    <w:rsid w:val="00A04F39"/>
    <w:rsid w:val="00A20389"/>
    <w:rsid w:val="00AA1D8D"/>
    <w:rsid w:val="00B47730"/>
    <w:rsid w:val="00CB0664"/>
    <w:rsid w:val="00CF7B6A"/>
    <w:rsid w:val="00D3550C"/>
    <w:rsid w:val="00DF3383"/>
    <w:rsid w:val="00EF527A"/>
    <w:rsid w:val="00F372ED"/>
    <w:rsid w:val="00FC693F"/>
    <w:rsid w:val="00FD687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06624A"/>
  <w14:defaultImageDpi w14:val="300"/>
  <w15:docId w15:val="{FBE24A4B-8988-4472-9ABD-DC55375D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sonormal0">
    <w:name w:val="msonormal"/>
    <w:basedOn w:val="Normal"/>
    <w:rsid w:val="00FD687E"/>
    <w:pPr>
      <w:spacing w:before="100" w:beforeAutospacing="1" w:after="100" w:afterAutospacing="1" w:line="240" w:lineRule="auto"/>
    </w:pPr>
    <w:rPr>
      <w:rFonts w:ascii="Times New Roman" w:eastAsia="Times New Roman" w:hAnsi="Times New Roman" w:cs="Times New Roman"/>
      <w:sz w:val="24"/>
      <w:szCs w:val="24"/>
      <w:lang w:bidi="th-TH"/>
    </w:rPr>
  </w:style>
  <w:style w:type="paragraph" w:styleId="NormalWeb">
    <w:name w:val="Normal (Web)"/>
    <w:basedOn w:val="Normal"/>
    <w:uiPriority w:val="99"/>
    <w:semiHidden/>
    <w:unhideWhenUsed/>
    <w:rsid w:val="00FD687E"/>
    <w:pPr>
      <w:spacing w:before="100" w:beforeAutospacing="1" w:after="100" w:afterAutospacing="1" w:line="240" w:lineRule="auto"/>
    </w:pPr>
    <w:rPr>
      <w:rFonts w:ascii="Times New Roman" w:eastAsia="Times New Roman" w:hAnsi="Times New Roman" w:cs="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5981">
      <w:bodyDiv w:val="1"/>
      <w:marLeft w:val="0"/>
      <w:marRight w:val="0"/>
      <w:marTop w:val="0"/>
      <w:marBottom w:val="0"/>
      <w:divBdr>
        <w:top w:val="none" w:sz="0" w:space="0" w:color="auto"/>
        <w:left w:val="none" w:sz="0" w:space="0" w:color="auto"/>
        <w:bottom w:val="none" w:sz="0" w:space="0" w:color="auto"/>
        <w:right w:val="none" w:sz="0" w:space="0" w:color="auto"/>
      </w:divBdr>
    </w:div>
    <w:div w:id="499348793">
      <w:bodyDiv w:val="1"/>
      <w:marLeft w:val="0"/>
      <w:marRight w:val="0"/>
      <w:marTop w:val="0"/>
      <w:marBottom w:val="0"/>
      <w:divBdr>
        <w:top w:val="none" w:sz="0" w:space="0" w:color="auto"/>
        <w:left w:val="none" w:sz="0" w:space="0" w:color="auto"/>
        <w:bottom w:val="none" w:sz="0" w:space="0" w:color="auto"/>
        <w:right w:val="none" w:sz="0" w:space="0" w:color="auto"/>
      </w:divBdr>
    </w:div>
    <w:div w:id="530529789">
      <w:bodyDiv w:val="1"/>
      <w:marLeft w:val="0"/>
      <w:marRight w:val="0"/>
      <w:marTop w:val="0"/>
      <w:marBottom w:val="0"/>
      <w:divBdr>
        <w:top w:val="none" w:sz="0" w:space="0" w:color="auto"/>
        <w:left w:val="none" w:sz="0" w:space="0" w:color="auto"/>
        <w:bottom w:val="none" w:sz="0" w:space="0" w:color="auto"/>
        <w:right w:val="none" w:sz="0" w:space="0" w:color="auto"/>
      </w:divBdr>
    </w:div>
    <w:div w:id="965696176">
      <w:bodyDiv w:val="1"/>
      <w:marLeft w:val="0"/>
      <w:marRight w:val="0"/>
      <w:marTop w:val="0"/>
      <w:marBottom w:val="0"/>
      <w:divBdr>
        <w:top w:val="none" w:sz="0" w:space="0" w:color="auto"/>
        <w:left w:val="none" w:sz="0" w:space="0" w:color="auto"/>
        <w:bottom w:val="none" w:sz="0" w:space="0" w:color="auto"/>
        <w:right w:val="none" w:sz="0" w:space="0" w:color="auto"/>
      </w:divBdr>
    </w:div>
    <w:div w:id="1403062843">
      <w:bodyDiv w:val="1"/>
      <w:marLeft w:val="0"/>
      <w:marRight w:val="0"/>
      <w:marTop w:val="0"/>
      <w:marBottom w:val="0"/>
      <w:divBdr>
        <w:top w:val="none" w:sz="0" w:space="0" w:color="auto"/>
        <w:left w:val="none" w:sz="0" w:space="0" w:color="auto"/>
        <w:bottom w:val="none" w:sz="0" w:space="0" w:color="auto"/>
        <w:right w:val="none" w:sz="0" w:space="0" w:color="auto"/>
      </w:divBdr>
    </w:div>
    <w:div w:id="16953755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Ruth Dennis</cp:lastModifiedBy>
  <cp:revision>2</cp:revision>
  <dcterms:created xsi:type="dcterms:W3CDTF">2026-06-14T17:47:00Z</dcterms:created>
  <dcterms:modified xsi:type="dcterms:W3CDTF">2026-06-14T17:47:00Z</dcterms:modified>
  <cp:category/>
</cp:coreProperties>
</file>